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https://dachwerkdortmund.blogspot.com/2026/10/sturmschadenbeseitigung-dortmund-welche.html</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werkdortmund.blogspot.com/2026/10/sturmschadenbeseitigung-dortmund-welch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