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https://dachmeisternrw.tumblr.com/post/830184257896038400/laubschutz-dachrinne-pflege-oder-risiko</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tumblr.com/post/830184257896038400/laubschutz-dachrinne-pflege-oder-risi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