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https://dachmeisternrw.tumblr.com/post/829939204971724800/oct26-r05-tum-02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meisternrw.tumblr.com/post/829939204971724800/oct26-r05-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