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https://dachmeisternrw.tumblr.com/post/829939132168060928/oct26-r05-tum-01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tumblr.com/post/829939132168060928/oct26-r05-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