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https://dachkonzeptnrw.tumblr.com/post/830356264354807808/dachrinnen-herbst-laub-feuchtigkeit-sammelstellen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tumblr.com/post/830356264354807808/dachrinnen-herbst-laub-feuchtigkeit-sammelstel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