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https://dachkompassnrw.tumblr.com/post/830358513342644224/vogelschutz-am-dach-nistplaetze-und-hygiene</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mpassnrw.tumblr.com/post/830358513342644224/vogelschutz-am-dach-nistplaetze-und-hygi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