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https://dachkompassnrw.tumblr.com/post/829947690304536576/oct26-r03-tum-02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kompassnrw.tumblr.com/post/829947690304536576/oct26-r03-tum-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