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https://dachkompassnrw.tumblr.com/post/829939106028109824/oct26-r03-tum-01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tumblr.com/post/829939106028109824/oct26-r03-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