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https://holzundhaus.github.io/bbholzkonzept/wintergarten-heizung-und-waermeverteilung/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wintergarten-heizung-und-waermeverteil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