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https://holzundhaus.github.io/bbholzkonzept/category/holzkonstruktionen-planen/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bbholzkonzept/category/holzkonstruktionen-plan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