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https://holzundhaus.github.io/bbholzkonzept/categories/</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bbholzkonzept/categor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