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https://bbholzkonzept.tumblr.com/post/830094464853917696/dachstuhlsanierung-schadensbild-feuchtequelle-trennen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30094464853917696/dachstuhlsanierung-schadensbild-feuchtequelle-tren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