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https://bbholzkonzept.tumblr.com/post/829939180607094784/oct26-r02-tum-02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tumblr.com/post/829939180607094784/oct26-r02-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