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https://bbholzkonzept.tumblr.com/post/829939116731973632/oct26-r02-tum-01</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bholzkonzept.tumblr.com/post/829939116731973632/oct26-r02-tum-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