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https://bbholzkonzept.tumblr.com/post/829582930174246912/holzrahmenbau-holzstaenderbau-begriffe-klaeren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29582930174246912/holzrahmenbau-holzstaenderbau-begriffe-klae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