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https://bbholzkonzept.blogspot.com/search/label/holzfassaden%20aufbau</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search/label/holzfassaden%20aufb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