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https://bbholzkonzept.blogspot.com/2026/10/holzterrasse-und-hausfassade.html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blogspot.com/2026/10/holzterrasse-und-hausfassa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