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Anbau und Aufstockung in Wuppertal: Baurecht, Grenzabstände und Bauvoranfrage · Arbeitsblatt mit Checkliste</w:t>
      </w:r>
    </w:p>
    <w:p>
      <w:r>
        <w:t>Für die praktische Planung: Holzbau eignet sich besonders gut für Anbauten und Aufstockungen, weil das Material vergleichsweise leicht ist und sich flexibel an bestehende Strukturen anfügt. Wer in Wuppertal über einen Anbau oder eine Aufstockung nachdenkt, sollte neben den baurechtlichen Fragen auch die technischen Möglichkeiten der Holzbauweise kennen. Der folgende Ratgeber ergänzt die baurechtliche Planung um praxisnahe Hinweise zur Konstruktion, zur Abstimmung mit dem Bestandsgebäude und zu den ersten Schritten einer Projektanfrage.</w:t>
      </w:r>
    </w:p>
    <w:p>
      <w:pPr>
        <w:pStyle w:val="Heading1"/>
      </w:pPr>
      <w:r>
        <w:t>Warum sich Holz besonders für Anbauten eignet</w:t>
      </w:r>
    </w:p>
    <w:p>
      <w:r>
        <w:t>Holz bringt Eigenschaften mit, die bei Erweiterungen und Aufstockungen entscheidend sind. Das Material ist im Vergleich zu massiven Bauweisen wie Mauerwerk oder Beton deutlich leichter, was insbesondere bei Aufstockungen relevant wird. Das bestehende Fundament und die vorhandene Tragstruktur werden weniger stark belastet, wodurch sich eine Aufstockung in Holzbauweise oft ohne aufwendige Grundarbeiten realisieren lässt. Darüber hinaus ermöglicht der Abbund im Werk eine präzise Vorfertigung, sodass die Bauzeit auf der Baustelle deutlich verkürzt wird. Das schont die Umgebung und reduziert die Belastung für die Bewohner, die oft während der Bauphase im Haus bleiben können. In Wuppertal, wo Grundstücke häufig durch die Topografie und dichte Bebauung geprägt sind, bietet die Holzbauweise zudem den Vorteil, dass vorgefertigte Elemente auch bei beengten Zufahrten angeliefert und montiert werden können.</w:t>
      </w:r>
    </w:p>
    <w:p>
      <w:pPr>
        <w:pStyle w:val="Heading1"/>
      </w:pPr>
      <w:r>
        <w:t>Die richtige Konstruktion für den Übergang zum Bestand</w:t>
      </w:r>
    </w:p>
    <w:p>
      <w:r>
        <w:t>Ein Anbau oder eine Aufstockung in Holzbauweise muss sorgfältig an das bestehende Gebäude angeschlossen werden. Dabei spielen mehrere technische Fragen eine Rolle. Der Anschlusspunkt zwischen Alt- und Neubau muss statisch klar definiert sein, damit Lasten korrekt abgeleitet werden. Gleichzeitig müssen Wärmedämmung, Luftdichtheit und Schallschutz über die Bauteilgrenze hinweg sichergestellt werden, um energetische Schwachstellen und Schallbrücken zu vermeiden. Bei der Aufstockung eines zweigeschossigen Hauses ist zudem zu prüfen, ob die Decke über dem darunterliegenden Geschoss die zusätzlichen Lasten aufnehmen kann oder ob eine separate Tragstruktur erforderlich wird. Eine frühzeitige Abstimmung zwischen Holzbaubetrieb und dem für die Tragwerksplanung zuständigen Ingenieur hilft, den Anschluss detailliert zu planen und spätere Anpassungen zu vermeiden.</w:t>
      </w:r>
    </w:p>
    <w:p>
      <w:pPr>
        <w:pStyle w:val="Heading1"/>
      </w:pPr>
      <w:r>
        <w:t>Genehmigungsunterlagen und Planungsgrundlagen zusammenstellen</w:t>
      </w:r>
    </w:p>
    <w:p>
      <w:r>
        <w:t>Bevor ein konkretes Angebot eingeholt werden kann, sollten einige Unterlagen und Angaben bereitgehalten werden. Neben dem aktuellen Grundriss und Ansichten des Bestandsgebäudes ist es hilfreich, das Baujahr und die damalige Konstruktionsweise zu kennen, da dies Rückschlüsse auf die Tragfähigkeit zulässt. Der Bebauungsplan gibt Auskunft über zulässige Höhe, Geschossigkeit und Abstandsflächen. Wenn bereits eine Bauvoranfrage gestellt wurde, sollten deren Ergebnis und die darin enthaltenen Auflagen vorliegen. Auch Angaben zur geplanten Nutzung des Anbaus oder des neuen Geschosses sind wichtig, da sie die Anforderungen an Raumhöhe, Belichtung und Haustechnik beeinflussen. Mit diesen Unterlagen kann der Holzbaubetrieb eine erste Einschätzung geben, ob und unter welchen Bedingungen das Vorhaben umsetzbar ist.</w:t>
      </w:r>
    </w:p>
    <w:p>
      <w:pPr>
        <w:pStyle w:val="Heading1"/>
      </w:pPr>
      <w:r>
        <w:t>Abstimmung zwischen Baurecht und Handwerk</w:t>
      </w:r>
    </w:p>
    <w:p>
      <w:r>
        <w:t>Die baurechtliche Klärung und die handwerkliche Planung greifen ineinander. Während das Baurecht festlegt, was zulässig ist, zeigt die Holzbauweise, wie es umsetzbar ist. Wer beide Aspekte von Beginn an zusammen denkt, spart Zeit und Kosten. Eine Aufstockung, die im Bebauungsplan grundsätzlich zulässig ist, kann an der vorhandenen Tragstruktur scheitern oder bestimmte Auflagen nach sich ziehen, die bei der Detailplanung berücksichtigt werden müssen. Der Holzbaubetrieb kann auf Basis der Unterlagen prüfen, ob die geplante Konstruktion den Anforderungen entspricht und wo eventuell Anpassungen nötig sind. Diese frühe Abstimmung bildet die Grundlage dafür, dass das Vorhaben baurechtlich und handwerklich rund umgesetzt werden kann.</w:t>
      </w:r>
    </w:p>
    <w:p>
      <w:pPr>
        <w:pStyle w:val="Heading1"/>
      </w:pPr>
      <w:r>
        <w:t>Weitere Dokumente zum Thema</w:t>
      </w:r>
    </w:p>
    <w:p>
      <w:hyperlink r:id="rId9">
        <w:r>
          <w:rPr>
            <w:color w:val="087E75"/>
          </w:rPr>
          <w:t>Anbau und Aufstockung in Wuppertal: Baurecht, Grenzabstände und Bauvoranfrage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1a-holzbauwuppertal/-/blob/a7f1f1a8f7e527b4cc48e6b8ed5bf63621db5388/_posts/2026-10-17-anbau-aufstockung-wuppertal-baurecht-grenzabstaende-bauvoranfrage.md" TargetMode="External"/><Relationship Id="rId10" Type="http://schemas.openxmlformats.org/officeDocument/2006/relationships/hyperlink" Target="https://holzundhaus.github.io/1aholzbauwuppertal/dateien/minimax-786802782359fb3139afc4bb/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