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https://holzundhaus.github.io/1aholzbaukoeln/holzfassade-profile-verlegemuster-im-ueberblick/</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1aholzbaukoeln/holzfassade-profile-verlegemuster-im-ueberbli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