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https://holzundhaus.github.io/1aholzbaubielefeld/dachgauben-gaubenformen-dachform-bielefeld/</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1aholzbaubielefeld/dachgauben-gaubenformen-dachform-bielefe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