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https://holzundhaus.github.io/1aholzbauaachen/dachgaube-innenausbau-erschliessung-schnittstellen/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1aholzbauaachen/dachgaube-innenausbau-erschliessung-schnittstel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