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https://holzundhaus.github.io/040holzbau/fachwerk-tragendes-holzgefaege-ausfachung-trennen/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040holzbau/fachwerk-tragendes-holzgefaege-ausfachung-trenn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